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LİMİTED ŞİRKET MÜDÜRÜNÜN AZLİ DAVA DİLEKÇESİ</w:t>
      </w:r>
    </w:p>
    <w:p/>
    <w:p/>
    <w:p>
      <w:r>
        <w:rPr>
          <w:b/>
          <w:sz w:val="22"/>
        </w:rPr>
        <w:t>DAVACI :</w:t>
      </w:r>
    </w:p>
    <w:p>
      <w:r>
        <w:rPr>
          <w:b w:val="0"/>
          <w:sz w:val="22"/>
        </w:rPr>
        <w:t>Adı Soyadı / Unvanı : _______________________________________________</w:t>
      </w:r>
    </w:p>
    <w:p>
      <w:r>
        <w:rPr>
          <w:b w:val="0"/>
          <w:sz w:val="22"/>
        </w:rPr>
        <w:t>T.C. Kimlik No / Vergi No : __________________________________________</w:t>
      </w:r>
    </w:p>
    <w:p>
      <w:r>
        <w:rPr>
          <w:b w:val="0"/>
          <w:sz w:val="22"/>
        </w:rPr>
        <w:t>Adres : ______________________________________________________________</w:t>
      </w:r>
    </w:p>
    <w:p/>
    <w:p>
      <w:r>
        <w:rPr>
          <w:b/>
          <w:sz w:val="22"/>
        </w:rPr>
        <w:t>DAVALI :</w:t>
      </w:r>
    </w:p>
    <w:p>
      <w:r>
        <w:rPr>
          <w:b w:val="0"/>
          <w:sz w:val="22"/>
        </w:rPr>
        <w:t>Şirket Unvanı : _____________________________________________________</w:t>
      </w:r>
    </w:p>
    <w:p>
      <w:r>
        <w:rPr>
          <w:b w:val="0"/>
          <w:sz w:val="22"/>
        </w:rPr>
        <w:t>Adres : ______________________________________________________________</w:t>
      </w:r>
    </w:p>
    <w:p/>
    <w:p>
      <w:r>
        <w:rPr>
          <w:b/>
          <w:sz w:val="22"/>
        </w:rPr>
        <w:t>KONU :</w:t>
      </w:r>
    </w:p>
    <w:p>
      <w:r>
        <w:rPr>
          <w:b w:val="0"/>
          <w:sz w:val="22"/>
        </w:rPr>
        <w:t>Limited şirket müdürünün azline ilişkin davanın açılmasına dair dilekçe.</w:t>
      </w:r>
    </w:p>
    <w:p/>
    <w:p>
      <w:r>
        <w:rPr>
          <w:b/>
          <w:sz w:val="22"/>
        </w:rPr>
        <w:t>AÇIKLAMALAR :</w:t>
      </w:r>
    </w:p>
    <w:p>
      <w:r>
        <w:rPr>
          <w:b w:val="0"/>
          <w:sz w:val="22"/>
        </w:rPr>
        <w:t>1. Müvekkilimiz,  (şirket unvanı)  unvanlı limited şirketin ortağıdır ve şirketin müdürüdür.</w:t>
      </w:r>
    </w:p>
    <w:p>
      <w:r>
        <w:rPr>
          <w:b w:val="0"/>
          <w:sz w:val="22"/>
        </w:rPr>
        <w:t>2. Türk Ticaret Kanunu'nun ilgili hükümleri gereğince, şirket ortakları müdürü azletme hakkına sahiptir.</w:t>
      </w:r>
    </w:p>
    <w:p>
      <w:r>
        <w:rPr>
          <w:b w:val="0"/>
          <w:sz w:val="22"/>
        </w:rPr>
        <w:t>3. Müvekkilimiz, davalı tarafından şirket müdürlüğünden haksız ve hukuka aykırı şekilde azledilmiştir.</w:t>
      </w:r>
    </w:p>
    <w:p>
      <w:r>
        <w:rPr>
          <w:b w:val="0"/>
          <w:sz w:val="22"/>
        </w:rPr>
        <w:t>4. Müdür azlinin geçersizliği nedeniyle, müvekkilimizin müdürlük sıfatının devam ettiğinin tespitine karar verilmesini talep ederiz.</w:t>
      </w:r>
    </w:p>
    <w:p/>
    <w:p>
      <w:r>
        <w:rPr>
          <w:b/>
          <w:sz w:val="22"/>
        </w:rPr>
        <w:t>HUKUKİ NEDENLER :</w:t>
      </w:r>
    </w:p>
    <w:p>
      <w:r>
        <w:rPr>
          <w:b w:val="0"/>
          <w:sz w:val="22"/>
        </w:rPr>
        <w:t>Türk Ticaret Kanunu, Türk Medeni Kanunu ve ilgili diğer mevzuat.</w:t>
      </w:r>
    </w:p>
    <w:p/>
    <w:p>
      <w:r>
        <w:rPr>
          <w:b/>
          <w:sz w:val="22"/>
        </w:rPr>
        <w:t>DELİLLER :</w:t>
      </w:r>
    </w:p>
    <w:p>
      <w:r>
        <w:rPr>
          <w:b w:val="0"/>
          <w:sz w:val="22"/>
        </w:rPr>
        <w:t>1. Şirket Ana Sözleşmesi</w:t>
      </w:r>
    </w:p>
    <w:p>
      <w:r>
        <w:rPr>
          <w:b w:val="0"/>
          <w:sz w:val="22"/>
        </w:rPr>
        <w:t>2. Ortaklar Kurulu Kararları</w:t>
      </w:r>
    </w:p>
    <w:p>
      <w:r>
        <w:rPr>
          <w:b w:val="0"/>
          <w:sz w:val="22"/>
        </w:rPr>
        <w:t>3. Tanık beyanları, resmi belgeler ve her türlü delil.</w:t>
      </w:r>
    </w:p>
    <w:p/>
    <w:p>
      <w:r>
        <w:rPr>
          <w:b/>
          <w:sz w:val="22"/>
        </w:rPr>
        <w:t>SONUÇ ve TALEP :</w:t>
      </w:r>
    </w:p>
    <w:p>
      <w:r>
        <w:rPr>
          <w:b w:val="0"/>
          <w:sz w:val="22"/>
        </w:rPr>
        <w:t>Yukarıda açıklanan nedenlerle;</w:t>
      </w:r>
    </w:p>
    <w:p>
      <w:r>
        <w:rPr>
          <w:b w:val="0"/>
          <w:sz w:val="22"/>
        </w:rPr>
        <w:t>- Müdür azlinin geçersizliğinin tespitine,</w:t>
      </w:r>
    </w:p>
    <w:p>
      <w:r>
        <w:rPr>
          <w:b w:val="0"/>
          <w:sz w:val="22"/>
        </w:rPr>
        <w:t>- Müvekkilimizin şirket müdürlüğü sıfatının devam ettiğinin hükme bağlanmasına,</w:t>
      </w:r>
    </w:p>
    <w:p>
      <w:r>
        <w:rPr>
          <w:b w:val="0"/>
          <w:sz w:val="22"/>
        </w:rPr>
        <w:t>- Yargılama giderleri ve vekalet ücretinin davalı üzerinde bırakılmasına, karar verilmesini saygıyla arz ve talep ederiz.</w:t>
      </w:r>
    </w:p>
    <w:p/>
    <w:p/>
    <w:p/>
    <w:p>
      <w:pPr>
        <w:jc w:val="center"/>
      </w:pPr>
      <w:r>
        <w:rPr>
          <w:b/>
          <w:sz w:val="22"/>
        </w:rPr>
        <w:t>Davacı Vekili</w:t>
      </w:r>
    </w:p>
    <w:p/>
    <w:p/>
    <w:p/>
    <w:p/>
    <w:p>
      <w:pPr>
        <w:jc w:val="center"/>
      </w:pPr>
      <w:r>
        <w:rPr>
          <w:b w:val="0"/>
          <w:sz w:val="22"/>
        </w:rPr>
        <w:t>İmza 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Unvanı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İmza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https://dilekcesiustasi.com/limited-sirket-mudurunun-azli-dava-dilekcesi.-ornegi/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https://dilekcesiustasi.com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dilekcesiustasi.com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ilekcesiustasi.com/limited-sirket-mudurunun-azli-dava-dilekcesi.-ornegi/" TargetMode="External"/><Relationship Id="rId10" Type="http://schemas.openxmlformats.org/officeDocument/2006/relationships/hyperlink" Target="https://dilekcesiustas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