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VERGİ KAÇAKÇILIĞI İHBAR DİLEKÇESİ</w:t>
      </w:r>
    </w:p>
    <w:p/>
    <w:p/>
    <w:p>
      <w:r>
        <w:rPr>
          <w:b/>
          <w:sz w:val="20"/>
        </w:rPr>
        <w:t>T.C.</w:t>
      </w:r>
    </w:p>
    <w:p>
      <w:r>
        <w:rPr>
          <w:b/>
          <w:sz w:val="20"/>
        </w:rPr>
        <w:t>MALİYE BAKANLIĞI</w:t>
      </w:r>
    </w:p>
    <w:p>
      <w:r>
        <w:rPr>
          <w:b/>
          <w:sz w:val="20"/>
        </w:rPr>
        <w:t>VERGİ DENETİM KURULU BAŞKANLIĞI'NA</w:t>
      </w:r>
    </w:p>
    <w:p/>
    <w:p/>
    <w:p>
      <w:r>
        <w:rPr>
          <w:b/>
          <w:sz w:val="20"/>
        </w:rPr>
        <w:t>İHBARCI BİLGİLERİ</w:t>
      </w:r>
    </w:p>
    <w:p>
      <w:r>
        <w:rPr>
          <w:b w:val="0"/>
          <w:sz w:val="20"/>
        </w:rPr>
        <w:t>Adı Soyadı / Ünvanı : ____________________________________________</w:t>
      </w:r>
    </w:p>
    <w:p>
      <w:r>
        <w:rPr>
          <w:b w:val="0"/>
          <w:sz w:val="20"/>
        </w:rPr>
        <w:t>T.C. Kimlik No / Vergi No : ________________________________________</w:t>
      </w:r>
    </w:p>
    <w:p>
      <w:r>
        <w:rPr>
          <w:b w:val="0"/>
          <w:sz w:val="20"/>
        </w:rPr>
        <w:t>Adres : 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</w:t>
      </w:r>
    </w:p>
    <w:p>
      <w:r>
        <w:rPr>
          <w:b w:val="0"/>
          <w:sz w:val="20"/>
        </w:rPr>
        <w:t>E-posta : ___________________________________________________________</w:t>
      </w:r>
    </w:p>
    <w:p/>
    <w:p/>
    <w:p>
      <w:r>
        <w:rPr>
          <w:b/>
          <w:sz w:val="20"/>
        </w:rPr>
        <w:t>İHBAR KONUSU</w:t>
      </w:r>
    </w:p>
    <w:p>
      <w:r>
        <w:rPr>
          <w:b w:val="0"/>
          <w:sz w:val="20"/>
        </w:rPr>
        <w:t>Aşağıda bilgileri verilen kişi/kurumun vergi mevzuatına aykırı hareketlerde bulunduğu, vergiden kaçındığı hususunda gereğinin yapılması için bilgi vermek istiyorum:</w:t>
      </w:r>
    </w:p>
    <w:p/>
    <w:p>
      <w:r>
        <w:rPr>
          <w:b/>
          <w:sz w:val="20"/>
        </w:rPr>
        <w:t>ŞÜPHELİ BİLGİLERİ</w:t>
      </w:r>
    </w:p>
    <w:p>
      <w:r>
        <w:rPr>
          <w:b w:val="0"/>
          <w:sz w:val="20"/>
        </w:rPr>
        <w:t>Adı Soyadı / Ünvanı : ____________________________________________</w:t>
      </w:r>
    </w:p>
    <w:p>
      <w:r>
        <w:rPr>
          <w:b w:val="0"/>
          <w:sz w:val="20"/>
        </w:rPr>
        <w:t>T.C. Kimlik No / Vergi No : ________________________________________</w:t>
      </w:r>
    </w:p>
    <w:p>
      <w:r>
        <w:rPr>
          <w:b w:val="0"/>
          <w:sz w:val="20"/>
        </w:rPr>
        <w:t>Adres : 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</w:t>
      </w:r>
    </w:p>
    <w:p/>
    <w:p>
      <w:r>
        <w:rPr>
          <w:b/>
          <w:sz w:val="20"/>
        </w:rPr>
        <w:t>İHBAR DETAYLARI</w:t>
      </w:r>
    </w:p>
    <w:p>
      <w:r>
        <w:rPr>
          <w:b w:val="0"/>
          <w:sz w:val="20"/>
        </w:rPr>
        <w:t>Şüpheli kişi/kurumun vergi kaçakçılığı yaptığına dair elde edilen bilgiler, olayın mahiyeti, tarihleri ve varsa deliller aşağıda belirtilmiştir: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</w:t>
      </w:r>
    </w:p>
    <w:p/>
    <w:p/>
    <w:p>
      <w:r>
        <w:rPr>
          <w:b w:val="0"/>
          <w:sz w:val="20"/>
        </w:rPr>
        <w:t>Yukarıda belirtilen hususlarla ilgili gerekli inceleme ve soruşturmanın yapılmasını, vergi mevzuatına aykırı davranışların tespiti halinde yasal işlemlerin başlatılmasını arz ederim.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İHBARCI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YETKİLİ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https://dilekcesiustasi.com/vergi-kacakcılıgı-ihbar-dilekcesi-ornegi/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https://dilekcesiustasi.com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dilekcesiustasi.com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ilekcesiustasi.com/vergi-kacakc&#305;l&#305;g&#305;-ihbar-dilekcesi-ornegi/" TargetMode="External"/><Relationship Id="rId10" Type="http://schemas.openxmlformats.org/officeDocument/2006/relationships/hyperlink" Target="https://dilekcesiustas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